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3A42C" w14:textId="77777777" w:rsidR="003C5ACF" w:rsidRDefault="00000000">
      <w:pPr>
        <w:jc w:val="center"/>
      </w:pPr>
      <w:r>
        <w:rPr>
          <w:b/>
          <w:sz w:val="30"/>
        </w:rPr>
        <w:t>SOAL PILIHAN GANDA</w:t>
      </w:r>
      <w:r>
        <w:rPr>
          <w:b/>
          <w:sz w:val="30"/>
        </w:rPr>
        <w:br/>
      </w:r>
      <w:r>
        <w:rPr>
          <w:b/>
          <w:sz w:val="26"/>
        </w:rPr>
        <w:t>Materi: Iklan, Poster, dan Slogan</w:t>
      </w:r>
    </w:p>
    <w:p w14:paraId="6F5DE5C0" w14:textId="77777777" w:rsidR="003C5ACF" w:rsidRDefault="00000000">
      <w:r>
        <w:rPr>
          <w:b/>
        </w:rPr>
        <w:t xml:space="preserve">Nama: </w:t>
      </w:r>
      <w:r>
        <w:t xml:space="preserve">....................................................    </w:t>
      </w:r>
      <w:r>
        <w:rPr>
          <w:b/>
        </w:rPr>
        <w:t xml:space="preserve">Kelas: </w:t>
      </w:r>
      <w:r>
        <w:t xml:space="preserve">................    </w:t>
      </w:r>
      <w:r>
        <w:rPr>
          <w:b/>
        </w:rPr>
        <w:t xml:space="preserve">Tanggal: </w:t>
      </w:r>
      <w:r>
        <w:t>................</w:t>
      </w:r>
    </w:p>
    <w:p w14:paraId="0043F8AE" w14:textId="77777777" w:rsidR="003C5ACF" w:rsidRPr="00416F7B" w:rsidRDefault="00000000">
      <w:pPr>
        <w:rPr>
          <w:rFonts w:ascii="Arial Narrow" w:hAnsi="Arial Narrow"/>
        </w:rPr>
      </w:pPr>
      <w:r w:rsidRPr="00416F7B">
        <w:rPr>
          <w:rFonts w:ascii="Arial Narrow" w:hAnsi="Arial Narrow"/>
        </w:rPr>
        <w:t>Petunjuk: Pilihlah jawaban yang paling tepat dengan memberi tanda silang (X) pada pilihan A, B, C, atau D.</w:t>
      </w:r>
    </w:p>
    <w:p w14:paraId="4AA7DD7D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1. Iklan adalah bentuk komunikasi yang bertujuan untuk ....</w:t>
      </w:r>
    </w:p>
    <w:p w14:paraId="24E8D9AF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menceritakan pengalaman pribadi</w:t>
      </w:r>
    </w:p>
    <w:p w14:paraId="13F3C533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menawarkan atau memperkenalkan suatu produk atau jasa</w:t>
      </w:r>
    </w:p>
    <w:p w14:paraId="09E0F8F7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menjelaskan langkah membuat sesuatu</w:t>
      </w:r>
    </w:p>
    <w:p w14:paraId="16BBE17E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menyampaikan cerita fiksi</w:t>
      </w:r>
    </w:p>
    <w:p w14:paraId="40C6565F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2. Kalimat berikut yang termasuk slogan adalah ....</w:t>
      </w:r>
    </w:p>
    <w:p w14:paraId="13EC4BD0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Dijual rumah dengan harga terjangkau.</w:t>
      </w:r>
    </w:p>
    <w:p w14:paraId="6B25211C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Mari membeli produk kami sekarang juga!</w:t>
      </w:r>
    </w:p>
    <w:p w14:paraId="0A741202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Bersih itu sehat, sehat itu hebat!</w:t>
      </w:r>
    </w:p>
    <w:p w14:paraId="21E37A52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Toko kami buka setiap hari pukul 08.00–21.00.</w:t>
      </w:r>
    </w:p>
    <w:p w14:paraId="2ED859FB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3. Ciri utama slogan adalah ....</w:t>
      </w:r>
    </w:p>
    <w:p w14:paraId="3D00C2E2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panjang dan menggunakan banyak paragraf</w:t>
      </w:r>
    </w:p>
    <w:p w14:paraId="614123A1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singkat, menarik, dan mudah diingat</w:t>
      </w:r>
    </w:p>
    <w:p w14:paraId="1B00B4ED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berisi cerita secara kronologis</w:t>
      </w:r>
    </w:p>
    <w:p w14:paraId="0529AEFC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menggunakan bahasa ilmiah</w:t>
      </w:r>
    </w:p>
    <w:p w14:paraId="2B2AA695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4. Perhatikan kalimat berikut! “Gunakan air secukupnya, selamatkan masa depan!” Kalimat tersebut termasuk ....</w:t>
      </w:r>
    </w:p>
    <w:p w14:paraId="1E455BFA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berita</w:t>
      </w:r>
    </w:p>
    <w:p w14:paraId="65E641FC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poster</w:t>
      </w:r>
    </w:p>
    <w:p w14:paraId="4D7E5B47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slogan</w:t>
      </w:r>
    </w:p>
    <w:p w14:paraId="0380A0DE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cerpen</w:t>
      </w:r>
    </w:p>
    <w:p w14:paraId="78A8119A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5. Poster biasanya dibuat dengan memadukan ....</w:t>
      </w:r>
    </w:p>
    <w:p w14:paraId="62B8408C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teks dan gambar yang menarik</w:t>
      </w:r>
    </w:p>
    <w:p w14:paraId="51912196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tabel dan grafik saja</w:t>
      </w:r>
    </w:p>
    <w:p w14:paraId="47C25274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paragraf yang panjang</w:t>
      </w:r>
    </w:p>
    <w:p w14:paraId="04E2199D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dialog antartokoh</w:t>
      </w:r>
    </w:p>
    <w:p w14:paraId="70FD5DF8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6. Tujuan utama poster tentang menjaga kebersihan lingkungan adalah ....</w:t>
      </w:r>
    </w:p>
    <w:p w14:paraId="430AED4D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menghibur pembaca</w:t>
      </w:r>
    </w:p>
    <w:p w14:paraId="153E86B5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mengajak masyarakat menjaga kebersihan</w:t>
      </w:r>
    </w:p>
    <w:p w14:paraId="1AC2782A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menceritakan sejarah lingkungan</w:t>
      </w:r>
    </w:p>
    <w:p w14:paraId="3188B5C1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menjelaskan kehidupan seseorang</w:t>
      </w:r>
    </w:p>
    <w:p w14:paraId="64B1866D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7. Kalimat yang paling tepat digunakan dalam poster bertema kesehatan adalah ....</w:t>
      </w:r>
    </w:p>
    <w:p w14:paraId="097EF139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Kesehatan merupakan sesuatu yang penting bagi semua orang.</w:t>
      </w:r>
    </w:p>
    <w:p w14:paraId="65F8C137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Ayo olahraga secara teratur untuk menjaga kesehatan!</w:t>
      </w:r>
    </w:p>
    <w:p w14:paraId="13194CF3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Olahraga dilakukan oleh banyak orang di Indonesia.</w:t>
      </w:r>
    </w:p>
    <w:p w14:paraId="4CA9C451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Pada hari Minggu, masyarakat melakukan olahraga.</w:t>
      </w:r>
    </w:p>
    <w:p w14:paraId="27DD408D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8. Salah satu ciri bahasa iklan adalah ....</w:t>
      </w:r>
    </w:p>
    <w:p w14:paraId="6E0234FD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lastRenderedPageBreak/>
        <w:t>A. bertele-tele</w:t>
      </w:r>
    </w:p>
    <w:p w14:paraId="65B7D0F5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sulit dipahami</w:t>
      </w:r>
    </w:p>
    <w:p w14:paraId="57D83B5E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persuasif atau mengajak</w:t>
      </w:r>
    </w:p>
    <w:p w14:paraId="1D6A625D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menggunakan istilah asing sebanyak-banyaknya</w:t>
      </w:r>
    </w:p>
    <w:p w14:paraId="154C3BC4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9. Perhatikan iklan berikut! “Segarkan harimu dengan Teh Segar! Nikmat, sehat, dan menyegarkan.” Kata yang menunjukkan keunggulan produk adalah ....</w:t>
      </w:r>
    </w:p>
    <w:p w14:paraId="289D879A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harimu</w:t>
      </w:r>
    </w:p>
    <w:p w14:paraId="3E67D7AB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dengan</w:t>
      </w:r>
    </w:p>
    <w:p w14:paraId="30C981DB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nikmat, sehat, dan menyegarkan</w:t>
      </w:r>
    </w:p>
    <w:p w14:paraId="3D877405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Teh Segar</w:t>
      </w:r>
    </w:p>
    <w:p w14:paraId="107AA5E8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10. Kalimat “Ayo membaca buku setiap hari!” dalam sebuah poster berfungsi untuk ....</w:t>
      </w:r>
    </w:p>
    <w:p w14:paraId="4C3B70B3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memberikan informasi harga buku</w:t>
      </w:r>
    </w:p>
    <w:p w14:paraId="1F5F5E71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mengajak pembaca melakukan sesuatu</w:t>
      </w:r>
    </w:p>
    <w:p w14:paraId="28B6DF9B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menjelaskan isi sebuah buku</w:t>
      </w:r>
    </w:p>
    <w:p w14:paraId="0AAD0CE3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menceritakan pengalaman membaca</w:t>
      </w:r>
    </w:p>
    <w:p w14:paraId="2BD41032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11. Perbedaan utama iklan dan slogan adalah ....</w:t>
      </w:r>
    </w:p>
    <w:p w14:paraId="017E1CB1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iklan selalu menggunakan gambar, slogan tidak</w:t>
      </w:r>
    </w:p>
    <w:p w14:paraId="5E1F7390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slogan lebih singkat dan mudah diingat, sedangkan iklan dapat memberikan informasi lebih lengkap</w:t>
      </w:r>
    </w:p>
    <w:p w14:paraId="77A13D2B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iklan hanya digunakan di sekolah</w:t>
      </w:r>
    </w:p>
    <w:p w14:paraId="7FB48876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slogan hanya digunakan untuk menjual produk</w:t>
      </w:r>
    </w:p>
    <w:p w14:paraId="4BE42229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12. Berikut yang merupakan slogan pendidikan adalah ....</w:t>
      </w:r>
    </w:p>
    <w:p w14:paraId="09FF4C26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Rajin belajar, raih masa depan gemilang!</w:t>
      </w:r>
    </w:p>
    <w:p w14:paraId="22190BB3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Dijual sepatu sekolah berkualitas.</w:t>
      </w:r>
    </w:p>
    <w:p w14:paraId="35E286DA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Sekolah kami terletak di Jalan Merdeka.</w:t>
      </w:r>
    </w:p>
    <w:p w14:paraId="4E5C3535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Buku pelajaran tersedia di perpustakaan.</w:t>
      </w:r>
    </w:p>
    <w:p w14:paraId="42720E31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13. Sebuah poster yang baik seharusnya menggunakan ....</w:t>
      </w:r>
    </w:p>
    <w:p w14:paraId="2C9742C5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tulisan kecil dan sangat banyak</w:t>
      </w:r>
    </w:p>
    <w:p w14:paraId="41E958A8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kalimat panjang dan sulit dipahami</w:t>
      </w:r>
    </w:p>
    <w:p w14:paraId="2FFAFDBF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gambar menarik dan kalimat singkat</w:t>
      </w:r>
    </w:p>
    <w:p w14:paraId="4AE564A0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warna dan tulisan yang tidak beraturan</w:t>
      </w:r>
    </w:p>
    <w:p w14:paraId="5D52189A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14. Perhatikan kalimat berikut! “Hemat energi hari ini, selamatkan bumi esok hari.” Isi slogan tersebut berkaitan dengan ....</w:t>
      </w:r>
    </w:p>
    <w:p w14:paraId="3186BAEA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pendidikan</w:t>
      </w:r>
    </w:p>
    <w:p w14:paraId="18BD7D39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kesehatan</w:t>
      </w:r>
    </w:p>
    <w:p w14:paraId="3879C1DC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lingkungan</w:t>
      </w:r>
    </w:p>
    <w:p w14:paraId="320ED9B5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perdagangan</w:t>
      </w:r>
    </w:p>
    <w:p w14:paraId="7EC2C4D9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15. Kalimat berikut yang paling persuasif untuk iklan makanan adalah ....</w:t>
      </w:r>
    </w:p>
    <w:p w14:paraId="1106BFB5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Keripik Singkong tersedia di toko kami.</w:t>
      </w:r>
    </w:p>
    <w:p w14:paraId="4AF5346E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Keripik Singkong dibuat dari singkong.</w:t>
      </w:r>
    </w:p>
    <w:p w14:paraId="3BE94A36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Yuk, nikmati Keripik Singkong yang renyah dan lezat!</w:t>
      </w:r>
    </w:p>
    <w:p w14:paraId="7FD0C2D2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Keripik Singkong memiliki kemasan berwarna merah.</w:t>
      </w:r>
    </w:p>
    <w:p w14:paraId="06CEDDE4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16. Agar pesan poster mudah dipahami, sebaiknya menggunakan bahasa yang ....</w:t>
      </w:r>
    </w:p>
    <w:p w14:paraId="49232102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singkat, jelas, dan komunikatif</w:t>
      </w:r>
    </w:p>
    <w:p w14:paraId="63B637DF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lastRenderedPageBreak/>
        <w:t>B. panjang dan berbelit-belit</w:t>
      </w:r>
    </w:p>
    <w:p w14:paraId="608A404C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menggunakan banyak istilah asing</w:t>
      </w:r>
    </w:p>
    <w:p w14:paraId="32D19F18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penuh dengan kalimat majemuk</w:t>
      </w:r>
    </w:p>
    <w:p w14:paraId="2ED11C62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17. Perhatikan slogan berikut! “Buanglah Sampah pada Tempatnya!” Sasaran yang paling tepat untuk slogan tersebut adalah ....</w:t>
      </w:r>
    </w:p>
    <w:p w14:paraId="273AAC14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masyarakat umum</w:t>
      </w:r>
    </w:p>
    <w:p w14:paraId="10E831E4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pedagang saja</w:t>
      </w:r>
    </w:p>
    <w:p w14:paraId="36CEBB44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petani saja</w:t>
      </w:r>
    </w:p>
    <w:p w14:paraId="33F2E576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pengusaha saja</w:t>
      </w:r>
    </w:p>
    <w:p w14:paraId="0859BDD5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18. Berikut ini yang bukan merupakan fungsi iklan adalah ....</w:t>
      </w:r>
    </w:p>
    <w:p w14:paraId="75D43F4F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memperkenalkan produk</w:t>
      </w:r>
    </w:p>
    <w:p w14:paraId="6A8DBCF9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menarik perhatian konsumen</w:t>
      </w:r>
    </w:p>
    <w:p w14:paraId="5A977F49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membujuk konsumen menggunakan produk</w:t>
      </w:r>
    </w:p>
    <w:p w14:paraId="00FB03C4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menceritakan kehidupan pribadi pembuat iklan</w:t>
      </w:r>
    </w:p>
    <w:p w14:paraId="38CC2D6D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19. Sebuah poster bertuliskan “Matikan Lampu Jika Tidak Digunakan!” disertai gambar lampu dan bumi. Poster tersebut bertujuan untuk ....</w:t>
      </w:r>
    </w:p>
    <w:p w14:paraId="0BF7836C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menawarkan lampu baru</w:t>
      </w:r>
    </w:p>
    <w:p w14:paraId="3179767D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mengajak menghemat energi</w:t>
      </w:r>
    </w:p>
    <w:p w14:paraId="1BC3725A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menjelaskan cara membuat lampu</w:t>
      </w:r>
    </w:p>
    <w:p w14:paraId="3406B17A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menjual gambar bumi</w:t>
      </w:r>
    </w:p>
    <w:p w14:paraId="7FD3536F" w14:textId="77777777" w:rsidR="003C5ACF" w:rsidRPr="00416F7B" w:rsidRDefault="00000000">
      <w:pPr>
        <w:spacing w:after="60"/>
        <w:rPr>
          <w:rFonts w:ascii="Arial Narrow" w:hAnsi="Arial Narrow"/>
        </w:rPr>
      </w:pPr>
      <w:r w:rsidRPr="00416F7B">
        <w:rPr>
          <w:rFonts w:ascii="Arial Narrow" w:hAnsi="Arial Narrow"/>
        </w:rPr>
        <w:t>20. Perhatikan slogan berikut! “Prestasi Gemilang Dimulai dari Disiplin.” Nilai yang terkandung dalam slogan tersebut adalah ....</w:t>
      </w:r>
    </w:p>
    <w:p w14:paraId="6934B96A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A. kedisiplinan dapat mendukung tercapainya prestasi</w:t>
      </w:r>
    </w:p>
    <w:p w14:paraId="26BA0D86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B. prestasi hanya dapat diraih dengan keberuntungan</w:t>
      </w:r>
    </w:p>
    <w:p w14:paraId="4AA58461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C. disiplin tidak berhubungan dengan prestasi</w:t>
      </w:r>
    </w:p>
    <w:p w14:paraId="4AD447A4" w14:textId="77777777" w:rsidR="003C5ACF" w:rsidRPr="00416F7B" w:rsidRDefault="00000000">
      <w:pPr>
        <w:spacing w:after="20"/>
        <w:ind w:left="340"/>
        <w:rPr>
          <w:rFonts w:ascii="Arial Narrow" w:hAnsi="Arial Narrow"/>
        </w:rPr>
      </w:pPr>
      <w:r w:rsidRPr="00416F7B">
        <w:rPr>
          <w:rFonts w:ascii="Arial Narrow" w:hAnsi="Arial Narrow"/>
        </w:rPr>
        <w:t>D. prestasi hanya dimiliki oleh orang tertentu</w:t>
      </w:r>
    </w:p>
    <w:p w14:paraId="4CCD4694" w14:textId="741DDEC7" w:rsidR="003C5ACF" w:rsidRPr="00416F7B" w:rsidRDefault="003C5ACF">
      <w:pPr>
        <w:rPr>
          <w:rFonts w:ascii="Arial Narrow" w:hAnsi="Arial Narrow"/>
        </w:rPr>
      </w:pPr>
    </w:p>
    <w:sectPr w:rsidR="003C5ACF" w:rsidRPr="00416F7B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2343018">
    <w:abstractNumId w:val="8"/>
  </w:num>
  <w:num w:numId="2" w16cid:durableId="1171876450">
    <w:abstractNumId w:val="6"/>
  </w:num>
  <w:num w:numId="3" w16cid:durableId="1270743873">
    <w:abstractNumId w:val="5"/>
  </w:num>
  <w:num w:numId="4" w16cid:durableId="2010715505">
    <w:abstractNumId w:val="4"/>
  </w:num>
  <w:num w:numId="5" w16cid:durableId="1388528349">
    <w:abstractNumId w:val="7"/>
  </w:num>
  <w:num w:numId="6" w16cid:durableId="1774324116">
    <w:abstractNumId w:val="3"/>
  </w:num>
  <w:num w:numId="7" w16cid:durableId="415909021">
    <w:abstractNumId w:val="2"/>
  </w:num>
  <w:num w:numId="8" w16cid:durableId="1703360685">
    <w:abstractNumId w:val="1"/>
  </w:num>
  <w:num w:numId="9" w16cid:durableId="772357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5ACF"/>
    <w:rsid w:val="00416F7B"/>
    <w:rsid w:val="00AA1D8D"/>
    <w:rsid w:val="00B47730"/>
    <w:rsid w:val="00BE431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5765A"/>
  <w14:defaultImageDpi w14:val="300"/>
  <w15:docId w15:val="{E1C370F9-8E41-404C-A79B-342B9A42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MIRTA ELLISYA</cp:lastModifiedBy>
  <cp:revision>2</cp:revision>
  <dcterms:created xsi:type="dcterms:W3CDTF">2013-12-23T23:15:00Z</dcterms:created>
  <dcterms:modified xsi:type="dcterms:W3CDTF">2026-09-08T02:02:00Z</dcterms:modified>
  <cp:category/>
</cp:coreProperties>
</file>