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76365" w14:textId="77777777" w:rsidR="00CC5FCB" w:rsidRDefault="00131F0F">
      <w:pPr>
        <w:spacing w:after="40"/>
        <w:jc w:val="center"/>
      </w:pPr>
      <w:r>
        <w:rPr>
          <w:b/>
          <w:color w:val="2C3E50"/>
          <w:sz w:val="32"/>
        </w:rPr>
        <w:t>LEMBAR KERJA PESERTA DIDIK (LKPD)</w:t>
      </w:r>
    </w:p>
    <w:p w14:paraId="185CDC75" w14:textId="77777777" w:rsidR="00CC5FCB" w:rsidRDefault="00131F0F">
      <w:pPr>
        <w:spacing w:after="40"/>
        <w:jc w:val="center"/>
      </w:pPr>
      <w:r>
        <w:rPr>
          <w:b/>
          <w:color w:val="16A085"/>
        </w:rPr>
        <w:t>Mata Pelajaran: Bahasa Arab | Kelas: IX (Sembilan)</w:t>
      </w:r>
    </w:p>
    <w:p w14:paraId="3D8221E9" w14:textId="77777777" w:rsidR="00CC5FCB" w:rsidRDefault="00131F0F">
      <w:pPr>
        <w:spacing w:after="300"/>
        <w:jc w:val="center"/>
      </w:pPr>
      <w:r>
        <w:rPr>
          <w:rFonts w:ascii="Traditional Arabic" w:hAnsi="Traditional Arabic"/>
          <w:b/>
          <w:color w:val="2C3E50"/>
          <w:sz w:val="36"/>
        </w:rPr>
        <w:t>الدرسُ</w:t>
      </w:r>
      <w:r>
        <w:rPr>
          <w:rFonts w:ascii="Traditional Arabic" w:hAnsi="Traditional Arabic"/>
          <w:b/>
          <w:color w:val="2C3E50"/>
          <w:sz w:val="36"/>
        </w:rPr>
        <w:t xml:space="preserve"> </w:t>
      </w:r>
      <w:r>
        <w:rPr>
          <w:rFonts w:ascii="Traditional Arabic" w:hAnsi="Traditional Arabic"/>
          <w:b/>
          <w:color w:val="2C3E50"/>
          <w:sz w:val="36"/>
        </w:rPr>
        <w:t>الثَّانِي</w:t>
      </w:r>
      <w:r>
        <w:rPr>
          <w:rFonts w:ascii="Traditional Arabic" w:hAnsi="Traditional Arabic"/>
          <w:b/>
          <w:color w:val="2C3E50"/>
          <w:sz w:val="36"/>
        </w:rPr>
        <w:t xml:space="preserve">: </w:t>
      </w:r>
      <w:proofErr w:type="spellStart"/>
      <w:r>
        <w:rPr>
          <w:rFonts w:ascii="Traditional Arabic" w:hAnsi="Traditional Arabic"/>
          <w:b/>
          <w:color w:val="2C3E50"/>
          <w:sz w:val="36"/>
        </w:rPr>
        <w:t>الْحَفْلُ</w:t>
      </w:r>
      <w:proofErr w:type="spellEnd"/>
      <w:r>
        <w:rPr>
          <w:rFonts w:ascii="Traditional Arabic" w:hAnsi="Traditional Arabic"/>
          <w:b/>
          <w:color w:val="2C3E50"/>
          <w:sz w:val="36"/>
        </w:rPr>
        <w:t xml:space="preserve"> </w:t>
      </w:r>
      <w:proofErr w:type="spellStart"/>
      <w:r>
        <w:rPr>
          <w:rFonts w:ascii="Traditional Arabic" w:hAnsi="Traditional Arabic"/>
          <w:b/>
          <w:color w:val="2C3E50"/>
          <w:sz w:val="36"/>
        </w:rPr>
        <w:t>بِذِكْرَى</w:t>
      </w:r>
      <w:proofErr w:type="spellEnd"/>
      <w:r>
        <w:rPr>
          <w:rFonts w:ascii="Traditional Arabic" w:hAnsi="Traditional Arabic"/>
          <w:b/>
          <w:color w:val="2C3E50"/>
          <w:sz w:val="36"/>
        </w:rPr>
        <w:t xml:space="preserve"> </w:t>
      </w:r>
      <w:proofErr w:type="spellStart"/>
      <w:r>
        <w:rPr>
          <w:rFonts w:ascii="Traditional Arabic" w:hAnsi="Traditional Arabic"/>
          <w:b/>
          <w:color w:val="2C3E50"/>
          <w:sz w:val="36"/>
        </w:rPr>
        <w:t>مَوْلِدِ</w:t>
      </w:r>
      <w:proofErr w:type="spellEnd"/>
      <w:r>
        <w:rPr>
          <w:rFonts w:ascii="Traditional Arabic" w:hAnsi="Traditional Arabic"/>
          <w:b/>
          <w:color w:val="2C3E50"/>
          <w:sz w:val="36"/>
        </w:rPr>
        <w:t xml:space="preserve"> </w:t>
      </w:r>
      <w:proofErr w:type="spellStart"/>
      <w:r>
        <w:rPr>
          <w:rFonts w:ascii="Traditional Arabic" w:hAnsi="Traditional Arabic"/>
          <w:b/>
          <w:color w:val="2C3E50"/>
          <w:sz w:val="36"/>
        </w:rPr>
        <w:t>الرَّسُوْلِ</w:t>
      </w:r>
      <w:proofErr w:type="spellEnd"/>
    </w:p>
    <w:p w14:paraId="445BC455" w14:textId="77777777" w:rsidR="00CC5FCB" w:rsidRDefault="00CC5FCB">
      <w:pPr>
        <w:pBdr>
          <w:bottom w:val="single" w:sz="12" w:space="1" w:color="2C3E50"/>
        </w:pBdr>
        <w:spacing w:after="30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2"/>
        <w:gridCol w:w="288"/>
        <w:gridCol w:w="3312"/>
        <w:gridCol w:w="1584"/>
        <w:gridCol w:w="288"/>
        <w:gridCol w:w="2448"/>
      </w:tblGrid>
      <w:tr w:rsidR="00CC5FCB" w14:paraId="047FFBA9" w14:textId="77777777">
        <w:trPr>
          <w:jc w:val="center"/>
        </w:trPr>
        <w:tc>
          <w:tcPr>
            <w:tcW w:w="1872" w:type="dxa"/>
          </w:tcPr>
          <w:p w14:paraId="0F87BECF" w14:textId="77777777" w:rsidR="00CC5FCB" w:rsidRDefault="00131F0F">
            <w:pPr>
              <w:spacing w:before="40" w:after="40"/>
            </w:pPr>
            <w:r>
              <w:rPr>
                <w:b/>
                <w:sz w:val="20"/>
              </w:rPr>
              <w:t>Nama Siswa</w:t>
            </w:r>
          </w:p>
        </w:tc>
        <w:tc>
          <w:tcPr>
            <w:tcW w:w="288" w:type="dxa"/>
          </w:tcPr>
          <w:p w14:paraId="65AFBB14" w14:textId="77777777" w:rsidR="00CC5FCB" w:rsidRDefault="00131F0F">
            <w:pPr>
              <w:spacing w:before="40" w:after="40"/>
            </w:pPr>
            <w:r>
              <w:rPr>
                <w:sz w:val="20"/>
              </w:rPr>
              <w:t>:</w:t>
            </w:r>
          </w:p>
        </w:tc>
        <w:tc>
          <w:tcPr>
            <w:tcW w:w="3312" w:type="dxa"/>
          </w:tcPr>
          <w:p w14:paraId="21A8CABB" w14:textId="77777777" w:rsidR="00CC5FCB" w:rsidRDefault="00131F0F">
            <w:pPr>
              <w:spacing w:before="40" w:after="40"/>
            </w:pPr>
            <w:r>
              <w:rPr>
                <w:sz w:val="20"/>
              </w:rPr>
              <w:t>...................................................</w:t>
            </w:r>
          </w:p>
        </w:tc>
        <w:tc>
          <w:tcPr>
            <w:tcW w:w="1584" w:type="dxa"/>
          </w:tcPr>
          <w:p w14:paraId="637620F4" w14:textId="77777777" w:rsidR="00CC5FCB" w:rsidRDefault="00131F0F">
            <w:pPr>
              <w:spacing w:before="40" w:after="40"/>
            </w:pPr>
            <w:r>
              <w:rPr>
                <w:b/>
                <w:sz w:val="20"/>
              </w:rPr>
              <w:t>Nilai</w:t>
            </w:r>
          </w:p>
        </w:tc>
        <w:tc>
          <w:tcPr>
            <w:tcW w:w="288" w:type="dxa"/>
          </w:tcPr>
          <w:p w14:paraId="45DB133F" w14:textId="77777777" w:rsidR="00CC5FCB" w:rsidRDefault="00131F0F">
            <w:pPr>
              <w:spacing w:before="40" w:after="40"/>
            </w:pPr>
            <w:r>
              <w:rPr>
                <w:sz w:val="20"/>
              </w:rPr>
              <w:t>:</w:t>
            </w:r>
          </w:p>
        </w:tc>
        <w:tc>
          <w:tcPr>
            <w:tcW w:w="2448" w:type="dxa"/>
          </w:tcPr>
          <w:p w14:paraId="007E333A" w14:textId="77777777" w:rsidR="00CC5FCB" w:rsidRDefault="00131F0F">
            <w:pPr>
              <w:spacing w:before="40" w:after="40"/>
            </w:pPr>
            <w:r>
              <w:rPr>
                <w:sz w:val="20"/>
              </w:rPr>
              <w:t>.........................</w:t>
            </w:r>
          </w:p>
        </w:tc>
      </w:tr>
      <w:tr w:rsidR="00CC5FCB" w14:paraId="7525EB9D" w14:textId="77777777">
        <w:trPr>
          <w:jc w:val="center"/>
        </w:trPr>
        <w:tc>
          <w:tcPr>
            <w:tcW w:w="1872" w:type="dxa"/>
          </w:tcPr>
          <w:p w14:paraId="3CE62FBA" w14:textId="77777777" w:rsidR="00CC5FCB" w:rsidRDefault="00131F0F">
            <w:pPr>
              <w:spacing w:before="40" w:after="40"/>
            </w:pPr>
            <w:r>
              <w:rPr>
                <w:b/>
                <w:sz w:val="20"/>
              </w:rPr>
              <w:t>Kelas / No. Absen</w:t>
            </w:r>
          </w:p>
        </w:tc>
        <w:tc>
          <w:tcPr>
            <w:tcW w:w="288" w:type="dxa"/>
          </w:tcPr>
          <w:p w14:paraId="65C1D3C8" w14:textId="77777777" w:rsidR="00CC5FCB" w:rsidRDefault="00131F0F">
            <w:pPr>
              <w:spacing w:before="40" w:after="40"/>
            </w:pPr>
            <w:r>
              <w:rPr>
                <w:sz w:val="20"/>
              </w:rPr>
              <w:t>:</w:t>
            </w:r>
          </w:p>
        </w:tc>
        <w:tc>
          <w:tcPr>
            <w:tcW w:w="3312" w:type="dxa"/>
          </w:tcPr>
          <w:p w14:paraId="57E69F1C" w14:textId="77777777" w:rsidR="00CC5FCB" w:rsidRDefault="00131F0F">
            <w:pPr>
              <w:spacing w:before="40" w:after="40"/>
            </w:pPr>
            <w:r>
              <w:rPr>
                <w:sz w:val="20"/>
              </w:rPr>
              <w:t>IX ...... / ......</w:t>
            </w:r>
          </w:p>
        </w:tc>
        <w:tc>
          <w:tcPr>
            <w:tcW w:w="1584" w:type="dxa"/>
          </w:tcPr>
          <w:p w14:paraId="4572CDE3" w14:textId="77777777" w:rsidR="00CC5FCB" w:rsidRDefault="00131F0F">
            <w:pPr>
              <w:spacing w:before="40" w:after="40"/>
            </w:pPr>
            <w:r>
              <w:rPr>
                <w:b/>
                <w:sz w:val="20"/>
              </w:rPr>
              <w:t>Paraf Guru</w:t>
            </w:r>
          </w:p>
        </w:tc>
        <w:tc>
          <w:tcPr>
            <w:tcW w:w="288" w:type="dxa"/>
          </w:tcPr>
          <w:p w14:paraId="605159B3" w14:textId="77777777" w:rsidR="00CC5FCB" w:rsidRDefault="00131F0F">
            <w:pPr>
              <w:spacing w:before="40" w:after="40"/>
            </w:pPr>
            <w:r>
              <w:rPr>
                <w:sz w:val="20"/>
              </w:rPr>
              <w:t>:</w:t>
            </w:r>
          </w:p>
        </w:tc>
        <w:tc>
          <w:tcPr>
            <w:tcW w:w="2448" w:type="dxa"/>
          </w:tcPr>
          <w:p w14:paraId="2BEB18DF" w14:textId="77777777" w:rsidR="00CC5FCB" w:rsidRDefault="00131F0F">
            <w:pPr>
              <w:spacing w:before="40" w:after="40"/>
            </w:pPr>
            <w:r>
              <w:rPr>
                <w:sz w:val="20"/>
              </w:rPr>
              <w:t>.........................</w:t>
            </w:r>
          </w:p>
        </w:tc>
      </w:tr>
      <w:tr w:rsidR="00CC5FCB" w14:paraId="04463EDF" w14:textId="77777777">
        <w:trPr>
          <w:jc w:val="center"/>
        </w:trPr>
        <w:tc>
          <w:tcPr>
            <w:tcW w:w="1872" w:type="dxa"/>
          </w:tcPr>
          <w:p w14:paraId="4ACCE69D" w14:textId="77777777" w:rsidR="00CC5FCB" w:rsidRDefault="00131F0F">
            <w:pPr>
              <w:spacing w:before="40" w:after="40"/>
            </w:pPr>
            <w:r>
              <w:rPr>
                <w:b/>
                <w:sz w:val="20"/>
              </w:rPr>
              <w:t>Tanggal</w:t>
            </w:r>
          </w:p>
        </w:tc>
        <w:tc>
          <w:tcPr>
            <w:tcW w:w="288" w:type="dxa"/>
          </w:tcPr>
          <w:p w14:paraId="31B7E330" w14:textId="77777777" w:rsidR="00CC5FCB" w:rsidRDefault="00131F0F">
            <w:pPr>
              <w:spacing w:before="40" w:after="40"/>
            </w:pPr>
            <w:r>
              <w:rPr>
                <w:sz w:val="20"/>
              </w:rPr>
              <w:t>:</w:t>
            </w:r>
          </w:p>
        </w:tc>
        <w:tc>
          <w:tcPr>
            <w:tcW w:w="3312" w:type="dxa"/>
          </w:tcPr>
          <w:p w14:paraId="76936D38" w14:textId="77777777" w:rsidR="00CC5FCB" w:rsidRDefault="00131F0F">
            <w:pPr>
              <w:spacing w:before="40" w:after="40"/>
            </w:pPr>
            <w:r>
              <w:rPr>
                <w:sz w:val="20"/>
              </w:rPr>
              <w:t>...................................................</w:t>
            </w:r>
          </w:p>
        </w:tc>
        <w:tc>
          <w:tcPr>
            <w:tcW w:w="1584" w:type="dxa"/>
          </w:tcPr>
          <w:p w14:paraId="10D1F3CF" w14:textId="77777777" w:rsidR="00CC5FCB" w:rsidRDefault="00CC5FCB">
            <w:pPr>
              <w:spacing w:before="40" w:after="40"/>
            </w:pPr>
          </w:p>
        </w:tc>
        <w:tc>
          <w:tcPr>
            <w:tcW w:w="288" w:type="dxa"/>
          </w:tcPr>
          <w:p w14:paraId="6183066B" w14:textId="77777777" w:rsidR="00CC5FCB" w:rsidRDefault="00CC5FCB">
            <w:pPr>
              <w:spacing w:before="40" w:after="40"/>
            </w:pPr>
          </w:p>
        </w:tc>
        <w:tc>
          <w:tcPr>
            <w:tcW w:w="2448" w:type="dxa"/>
          </w:tcPr>
          <w:p w14:paraId="7A9A15E0" w14:textId="77777777" w:rsidR="00CC5FCB" w:rsidRDefault="00CC5FCB">
            <w:pPr>
              <w:spacing w:before="40" w:after="40"/>
            </w:pPr>
          </w:p>
        </w:tc>
      </w:tr>
    </w:tbl>
    <w:tbl>
      <w:tblPr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9792"/>
      </w:tblGrid>
      <w:tr w:rsidR="001D3D19" w14:paraId="42DCB487" w14:textId="77777777" w:rsidTr="001D3D19">
        <w:tc>
          <w:tcPr>
            <w:tcW w:w="9792" w:type="dxa"/>
            <w:tcBorders>
              <w:left w:val="single" w:sz="24" w:space="0" w:color="16A085"/>
            </w:tcBorders>
            <w:shd w:val="clear" w:color="auto" w:fill="EEF9F6"/>
          </w:tcPr>
          <w:p w14:paraId="142ABC20" w14:textId="77777777" w:rsidR="001D3D19" w:rsidRDefault="001D3D19" w:rsidP="001D3D19">
            <w:pPr>
              <w:spacing w:before="120" w:after="80"/>
            </w:pPr>
            <w:proofErr w:type="spellStart"/>
            <w:r>
              <w:rPr>
                <w:b/>
                <w:color w:val="16A085"/>
                <w:sz w:val="21"/>
              </w:rPr>
              <w:t>Petunjuk</w:t>
            </w:r>
            <w:proofErr w:type="spellEnd"/>
            <w:r>
              <w:rPr>
                <w:b/>
                <w:color w:val="16A085"/>
                <w:sz w:val="21"/>
              </w:rPr>
              <w:t xml:space="preserve"> </w:t>
            </w:r>
            <w:proofErr w:type="spellStart"/>
            <w:r>
              <w:rPr>
                <w:b/>
                <w:color w:val="16A085"/>
                <w:sz w:val="21"/>
              </w:rPr>
              <w:t>Pengerjaan</w:t>
            </w:r>
            <w:proofErr w:type="spellEnd"/>
            <w:r>
              <w:rPr>
                <w:b/>
                <w:color w:val="16A085"/>
                <w:sz w:val="21"/>
              </w:rPr>
              <w:t>:</w:t>
            </w:r>
          </w:p>
          <w:p w14:paraId="467FCBA0" w14:textId="77777777" w:rsidR="001D3D19" w:rsidRDefault="001D3D19" w:rsidP="001D3D19">
            <w:pPr>
              <w:spacing w:before="40" w:after="80"/>
            </w:pPr>
            <w:r>
              <w:rPr>
                <w:sz w:val="20"/>
              </w:rPr>
              <w:t>1. Bacalah doa sebelum memulai mengerjakan tugas.</w:t>
            </w:r>
          </w:p>
          <w:p w14:paraId="2FB39537" w14:textId="77777777" w:rsidR="001D3D19" w:rsidRDefault="001D3D19" w:rsidP="001D3D19">
            <w:pPr>
              <w:spacing w:before="40" w:after="80"/>
            </w:pPr>
            <w:r>
              <w:rPr>
                <w:sz w:val="20"/>
              </w:rPr>
              <w:t>2. Jodohkanlah kata fi'il (kata kerja) Bahasa Arab di Kolom A dengan arti Bahasa Indonesia yang tepat di Kolom B.</w:t>
            </w:r>
          </w:p>
          <w:p w14:paraId="17701B86" w14:textId="77777777" w:rsidR="001D3D19" w:rsidRDefault="001D3D19" w:rsidP="001D3D19">
            <w:pPr>
              <w:spacing w:before="40" w:after="80"/>
            </w:pPr>
            <w:r>
              <w:rPr>
                <w:sz w:val="20"/>
              </w:rPr>
              <w:t>3. Tuliskan huruf pasangan yang sesuai (A, B, C, D, E, atau F) pada titik-titik di bagian Jawaban!</w:t>
            </w:r>
          </w:p>
        </w:tc>
      </w:tr>
    </w:tbl>
    <w:tbl>
      <w:tblPr>
        <w:tblpPr w:leftFromText="180" w:rightFromText="180" w:vertAnchor="text" w:horzAnchor="margin" w:tblpY="2098"/>
        <w:tblW w:w="0" w:type="auto"/>
        <w:tblLayout w:type="fixed"/>
        <w:tblLook w:val="04A0" w:firstRow="1" w:lastRow="0" w:firstColumn="1" w:lastColumn="0" w:noHBand="0" w:noVBand="1"/>
      </w:tblPr>
      <w:tblGrid>
        <w:gridCol w:w="860"/>
        <w:gridCol w:w="3440"/>
        <w:gridCol w:w="1720"/>
        <w:gridCol w:w="3726"/>
      </w:tblGrid>
      <w:tr w:rsidR="001D3D19" w14:paraId="63086544" w14:textId="77777777" w:rsidTr="001D3D19">
        <w:trPr>
          <w:trHeight w:val="472"/>
        </w:trPr>
        <w:tc>
          <w:tcPr>
            <w:tcW w:w="860" w:type="dxa"/>
            <w:shd w:val="clear" w:color="auto" w:fill="2C3E50"/>
          </w:tcPr>
          <w:p w14:paraId="21A54CB7" w14:textId="77777777" w:rsidR="001D3D19" w:rsidRDefault="001D3D19" w:rsidP="001D3D19">
            <w:pPr>
              <w:spacing w:before="120" w:after="120"/>
              <w:jc w:val="center"/>
            </w:pPr>
            <w:r>
              <w:rPr>
                <w:b/>
                <w:color w:val="FFFFFF"/>
                <w:sz w:val="21"/>
              </w:rPr>
              <w:t>No.</w:t>
            </w:r>
          </w:p>
        </w:tc>
        <w:tc>
          <w:tcPr>
            <w:tcW w:w="3440" w:type="dxa"/>
            <w:shd w:val="clear" w:color="auto" w:fill="2C3E50"/>
          </w:tcPr>
          <w:p w14:paraId="5D7CBE21" w14:textId="77777777" w:rsidR="001D3D19" w:rsidRDefault="001D3D19" w:rsidP="001D3D19">
            <w:pPr>
              <w:spacing w:before="120" w:after="120"/>
              <w:jc w:val="center"/>
            </w:pPr>
            <w:r>
              <w:rPr>
                <w:b/>
                <w:color w:val="FFFFFF"/>
                <w:sz w:val="21"/>
              </w:rPr>
              <w:t>Kolom A (Bahasa Arab)</w:t>
            </w:r>
          </w:p>
        </w:tc>
        <w:tc>
          <w:tcPr>
            <w:tcW w:w="1720" w:type="dxa"/>
            <w:shd w:val="clear" w:color="auto" w:fill="2C3E50"/>
          </w:tcPr>
          <w:p w14:paraId="1596D3EE" w14:textId="77777777" w:rsidR="001D3D19" w:rsidRDefault="001D3D19" w:rsidP="001D3D19">
            <w:pPr>
              <w:spacing w:before="120" w:after="120"/>
              <w:jc w:val="center"/>
            </w:pPr>
            <w:r>
              <w:rPr>
                <w:b/>
                <w:color w:val="FFFFFF"/>
                <w:sz w:val="21"/>
              </w:rPr>
              <w:t>Jawaban</w:t>
            </w:r>
          </w:p>
        </w:tc>
        <w:tc>
          <w:tcPr>
            <w:tcW w:w="3726" w:type="dxa"/>
            <w:shd w:val="clear" w:color="auto" w:fill="2C3E50"/>
          </w:tcPr>
          <w:p w14:paraId="564D0011" w14:textId="77777777" w:rsidR="001D3D19" w:rsidRDefault="001D3D19" w:rsidP="001D3D19">
            <w:pPr>
              <w:spacing w:before="120" w:after="120"/>
              <w:jc w:val="center"/>
            </w:pPr>
            <w:r>
              <w:rPr>
                <w:b/>
                <w:color w:val="FFFFFF"/>
                <w:sz w:val="21"/>
              </w:rPr>
              <w:t>Kolom B (Arti Indonesia)</w:t>
            </w:r>
          </w:p>
        </w:tc>
      </w:tr>
      <w:tr w:rsidR="001D3D19" w14:paraId="3DC6B9B8" w14:textId="77777777" w:rsidTr="001D3D19">
        <w:trPr>
          <w:trHeight w:val="683"/>
        </w:trPr>
        <w:tc>
          <w:tcPr>
            <w:tcW w:w="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5421BA6B" w14:textId="77777777" w:rsidR="001D3D19" w:rsidRDefault="001D3D19" w:rsidP="001D3D19">
            <w:pPr>
              <w:jc w:val="center"/>
            </w:pPr>
            <w:r>
              <w:t>1.</w:t>
            </w:r>
          </w:p>
        </w:tc>
        <w:tc>
          <w:tcPr>
            <w:tcW w:w="3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CF9771C" w14:textId="77777777" w:rsidR="001D3D19" w:rsidRDefault="001D3D19" w:rsidP="001D3D19">
            <w:pPr>
              <w:spacing w:before="80" w:after="80"/>
              <w:jc w:val="center"/>
            </w:pPr>
            <w:r>
              <w:rPr>
                <w:rFonts w:ascii="Traditional Arabic" w:hAnsi="Traditional Arabic"/>
                <w:b/>
                <w:sz w:val="36"/>
              </w:rPr>
              <w:t>تُوُفِّيَ</w:t>
            </w:r>
          </w:p>
        </w:tc>
        <w:tc>
          <w:tcPr>
            <w:tcW w:w="1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95B37A6" w14:textId="77777777" w:rsidR="001D3D19" w:rsidRDefault="001D3D19" w:rsidP="001D3D19">
            <w:pPr>
              <w:jc w:val="center"/>
            </w:pPr>
            <w:r>
              <w:t>(       )</w:t>
            </w:r>
          </w:p>
        </w:tc>
        <w:tc>
          <w:tcPr>
            <w:tcW w:w="37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B72CA46" w14:textId="77777777" w:rsidR="001D3D19" w:rsidRDefault="001D3D19" w:rsidP="001D3D19">
            <w:pPr>
              <w:ind w:left="288"/>
            </w:pPr>
            <w:r>
              <w:t>A. Melahirkan</w:t>
            </w:r>
          </w:p>
        </w:tc>
      </w:tr>
      <w:tr w:rsidR="001D3D19" w14:paraId="22AFB753" w14:textId="77777777" w:rsidTr="001D3D19">
        <w:trPr>
          <w:trHeight w:val="696"/>
        </w:trPr>
        <w:tc>
          <w:tcPr>
            <w:tcW w:w="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0BCF9CF7" w14:textId="77777777" w:rsidR="001D3D19" w:rsidRDefault="001D3D19" w:rsidP="001D3D19">
            <w:pPr>
              <w:jc w:val="center"/>
            </w:pPr>
            <w:r>
              <w:t>2.</w:t>
            </w:r>
          </w:p>
        </w:tc>
        <w:tc>
          <w:tcPr>
            <w:tcW w:w="3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6C57065" w14:textId="77777777" w:rsidR="001D3D19" w:rsidRDefault="001D3D19" w:rsidP="001D3D19">
            <w:pPr>
              <w:spacing w:before="80" w:after="80"/>
              <w:jc w:val="center"/>
            </w:pPr>
            <w:r>
              <w:rPr>
                <w:rFonts w:ascii="Traditional Arabic" w:hAnsi="Traditional Arabic"/>
                <w:b/>
                <w:sz w:val="36"/>
              </w:rPr>
              <w:t>أَسْرَى - يُسْرِي</w:t>
            </w:r>
          </w:p>
        </w:tc>
        <w:tc>
          <w:tcPr>
            <w:tcW w:w="1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F75A32A" w14:textId="77777777" w:rsidR="001D3D19" w:rsidRDefault="001D3D19" w:rsidP="001D3D19">
            <w:pPr>
              <w:jc w:val="center"/>
            </w:pPr>
            <w:r>
              <w:t>(       )</w:t>
            </w:r>
          </w:p>
        </w:tc>
        <w:tc>
          <w:tcPr>
            <w:tcW w:w="37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F015F3E" w14:textId="77777777" w:rsidR="001D3D19" w:rsidRDefault="001D3D19" w:rsidP="001D3D19">
            <w:pPr>
              <w:ind w:left="288"/>
            </w:pPr>
            <w:r>
              <w:t>B. Menikahi</w:t>
            </w:r>
          </w:p>
        </w:tc>
      </w:tr>
      <w:tr w:rsidR="001D3D19" w14:paraId="142DDD2D" w14:textId="77777777" w:rsidTr="001D3D19">
        <w:trPr>
          <w:trHeight w:val="696"/>
        </w:trPr>
        <w:tc>
          <w:tcPr>
            <w:tcW w:w="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A18B0E9" w14:textId="77777777" w:rsidR="001D3D19" w:rsidRDefault="001D3D19" w:rsidP="001D3D19">
            <w:pPr>
              <w:jc w:val="center"/>
            </w:pPr>
            <w:r>
              <w:t>3.</w:t>
            </w:r>
          </w:p>
        </w:tc>
        <w:tc>
          <w:tcPr>
            <w:tcW w:w="3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047B89B" w14:textId="77777777" w:rsidR="001D3D19" w:rsidRDefault="001D3D19" w:rsidP="001D3D19">
            <w:pPr>
              <w:spacing w:before="80" w:after="80"/>
              <w:jc w:val="center"/>
            </w:pPr>
            <w:r>
              <w:rPr>
                <w:rFonts w:ascii="Traditional Arabic" w:hAnsi="Traditional Arabic"/>
                <w:b/>
                <w:sz w:val="36"/>
              </w:rPr>
              <w:t>وَلَدَ - يَلِدُ</w:t>
            </w:r>
          </w:p>
        </w:tc>
        <w:tc>
          <w:tcPr>
            <w:tcW w:w="1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A81E39B" w14:textId="77777777" w:rsidR="001D3D19" w:rsidRDefault="001D3D19" w:rsidP="001D3D19">
            <w:pPr>
              <w:jc w:val="center"/>
            </w:pPr>
            <w:r>
              <w:t>(       )</w:t>
            </w:r>
          </w:p>
        </w:tc>
        <w:tc>
          <w:tcPr>
            <w:tcW w:w="37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4058E38" w14:textId="77777777" w:rsidR="001D3D19" w:rsidRDefault="001D3D19" w:rsidP="001D3D19">
            <w:pPr>
              <w:ind w:left="288"/>
            </w:pPr>
            <w:r>
              <w:t>C. Mengutus</w:t>
            </w:r>
          </w:p>
        </w:tc>
      </w:tr>
      <w:tr w:rsidR="001D3D19" w14:paraId="5120FC87" w14:textId="77777777" w:rsidTr="001D3D19">
        <w:trPr>
          <w:trHeight w:val="683"/>
        </w:trPr>
        <w:tc>
          <w:tcPr>
            <w:tcW w:w="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E8AD14D" w14:textId="77777777" w:rsidR="001D3D19" w:rsidRDefault="001D3D19" w:rsidP="001D3D19">
            <w:pPr>
              <w:jc w:val="center"/>
            </w:pPr>
            <w:r>
              <w:t>4.</w:t>
            </w:r>
          </w:p>
        </w:tc>
        <w:tc>
          <w:tcPr>
            <w:tcW w:w="3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6E8C5B86" w14:textId="77777777" w:rsidR="001D3D19" w:rsidRDefault="001D3D19" w:rsidP="001D3D19">
            <w:pPr>
              <w:spacing w:before="80" w:after="80"/>
              <w:jc w:val="center"/>
            </w:pPr>
            <w:r>
              <w:rPr>
                <w:rFonts w:ascii="Traditional Arabic" w:hAnsi="Traditional Arabic"/>
                <w:b/>
                <w:sz w:val="36"/>
              </w:rPr>
              <w:t>مَكَثَ - يَمْكُثُ</w:t>
            </w:r>
          </w:p>
        </w:tc>
        <w:tc>
          <w:tcPr>
            <w:tcW w:w="1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19A01ABE" w14:textId="77777777" w:rsidR="001D3D19" w:rsidRDefault="001D3D19" w:rsidP="001D3D19">
            <w:pPr>
              <w:jc w:val="center"/>
            </w:pPr>
            <w:r>
              <w:t>(       )</w:t>
            </w:r>
          </w:p>
        </w:tc>
        <w:tc>
          <w:tcPr>
            <w:tcW w:w="37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E2EB6A1" w14:textId="77777777" w:rsidR="001D3D19" w:rsidRDefault="001D3D19" w:rsidP="001D3D19">
            <w:pPr>
              <w:ind w:left="288"/>
            </w:pPr>
            <w:r>
              <w:t>D. Wafat</w:t>
            </w:r>
          </w:p>
        </w:tc>
      </w:tr>
      <w:tr w:rsidR="001D3D19" w14:paraId="1451E836" w14:textId="77777777" w:rsidTr="001D3D19">
        <w:trPr>
          <w:trHeight w:val="696"/>
        </w:trPr>
        <w:tc>
          <w:tcPr>
            <w:tcW w:w="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984B02A" w14:textId="77777777" w:rsidR="001D3D19" w:rsidRDefault="001D3D19" w:rsidP="001D3D19">
            <w:pPr>
              <w:jc w:val="center"/>
            </w:pPr>
            <w:r>
              <w:t>5.</w:t>
            </w:r>
          </w:p>
        </w:tc>
        <w:tc>
          <w:tcPr>
            <w:tcW w:w="3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2673563" w14:textId="77777777" w:rsidR="001D3D19" w:rsidRDefault="001D3D19" w:rsidP="001D3D19">
            <w:pPr>
              <w:spacing w:before="80" w:after="80"/>
              <w:jc w:val="center"/>
            </w:pPr>
            <w:r>
              <w:rPr>
                <w:rFonts w:ascii="Traditional Arabic" w:hAnsi="Traditional Arabic"/>
                <w:b/>
                <w:sz w:val="36"/>
              </w:rPr>
              <w:t>تَزَوَّجَ - يَتَزَوَّجُ</w:t>
            </w:r>
          </w:p>
        </w:tc>
        <w:tc>
          <w:tcPr>
            <w:tcW w:w="1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C781A29" w14:textId="77777777" w:rsidR="001D3D19" w:rsidRDefault="001D3D19" w:rsidP="001D3D19">
            <w:pPr>
              <w:jc w:val="center"/>
            </w:pPr>
            <w:r>
              <w:t>(       )</w:t>
            </w:r>
          </w:p>
        </w:tc>
        <w:tc>
          <w:tcPr>
            <w:tcW w:w="37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6909932" w14:textId="77777777" w:rsidR="001D3D19" w:rsidRDefault="001D3D19" w:rsidP="001D3D19">
            <w:pPr>
              <w:ind w:left="288"/>
            </w:pPr>
            <w:r>
              <w:t>E. Mengisra'kan</w:t>
            </w:r>
          </w:p>
        </w:tc>
      </w:tr>
      <w:tr w:rsidR="001D3D19" w14:paraId="155E60EC" w14:textId="77777777" w:rsidTr="001D3D19">
        <w:trPr>
          <w:trHeight w:val="683"/>
        </w:trPr>
        <w:tc>
          <w:tcPr>
            <w:tcW w:w="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25461950" w14:textId="77777777" w:rsidR="001D3D19" w:rsidRDefault="001D3D19" w:rsidP="001D3D19">
            <w:pPr>
              <w:jc w:val="center"/>
            </w:pPr>
            <w:r>
              <w:t>6.</w:t>
            </w:r>
          </w:p>
        </w:tc>
        <w:tc>
          <w:tcPr>
            <w:tcW w:w="3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0D45E6A9" w14:textId="77777777" w:rsidR="001D3D19" w:rsidRDefault="001D3D19" w:rsidP="001D3D19">
            <w:pPr>
              <w:spacing w:before="80" w:after="80"/>
              <w:jc w:val="center"/>
            </w:pPr>
            <w:r>
              <w:rPr>
                <w:rFonts w:ascii="Traditional Arabic" w:hAnsi="Traditional Arabic"/>
                <w:b/>
                <w:sz w:val="36"/>
              </w:rPr>
              <w:t>بَعَثَ - يَبْعَثُ</w:t>
            </w:r>
          </w:p>
        </w:tc>
        <w:tc>
          <w:tcPr>
            <w:tcW w:w="17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DAE97A4" w14:textId="77777777" w:rsidR="001D3D19" w:rsidRDefault="001D3D19" w:rsidP="001D3D19">
            <w:pPr>
              <w:jc w:val="center"/>
            </w:pPr>
            <w:r>
              <w:t>(       )</w:t>
            </w:r>
          </w:p>
        </w:tc>
        <w:tc>
          <w:tcPr>
            <w:tcW w:w="37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3DFC5BE6" w14:textId="77777777" w:rsidR="001D3D19" w:rsidRDefault="001D3D19" w:rsidP="001D3D19">
            <w:pPr>
              <w:ind w:left="288"/>
            </w:pPr>
            <w:r>
              <w:t>F. Tinggal</w:t>
            </w:r>
          </w:p>
        </w:tc>
      </w:tr>
    </w:tbl>
    <w:p w14:paraId="15E6944E" w14:textId="31FD3D1D" w:rsidR="00CC5FCB" w:rsidRDefault="001D3D19">
      <w:r w:rsidRPr="001D3D19">
        <w:drawing>
          <wp:inline distT="0" distB="0" distL="0" distR="0" wp14:anchorId="0460BECE" wp14:editId="648CDC1F">
            <wp:extent cx="6309360" cy="1023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C554B" w14:textId="77777777" w:rsidR="00131F0F" w:rsidRDefault="00131F0F">
      <w:bookmarkStart w:id="0" w:name="_GoBack"/>
      <w:bookmarkEnd w:id="0"/>
    </w:p>
    <w:sectPr w:rsidR="00131F0F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1F0F"/>
    <w:rsid w:val="0015074B"/>
    <w:rsid w:val="001D3D19"/>
    <w:rsid w:val="0029639D"/>
    <w:rsid w:val="00326F90"/>
    <w:rsid w:val="0076568A"/>
    <w:rsid w:val="00AA1D8D"/>
    <w:rsid w:val="00B47730"/>
    <w:rsid w:val="00BE4787"/>
    <w:rsid w:val="00CB0664"/>
    <w:rsid w:val="00CC5F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B87560"/>
  <w14:defaultImageDpi w14:val="300"/>
  <w15:docId w15:val="{CFAB480B-1F45-4D22-A3F1-9212B526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F8B476-FB31-463A-A12F-9B9F458A3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2013-12-23T23:15:00Z</dcterms:created>
  <dcterms:modified xsi:type="dcterms:W3CDTF">2026-09-01T02:51:00Z</dcterms:modified>
  <cp:category/>
</cp:coreProperties>
</file>